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היצירות בארגז הכלים לספרות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רשימת היצירות הנלמדות ואת פרטיהן (סופר, ז'אנר, תקופה)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יצירה ליוצר ולסוגה הספרותית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היצירות למשימת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בת רבי עקיבא והנחש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גי דה מופאסן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קומדיה (מחזה)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יצירה ליוצר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(גי דה מופאסן)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(מולייר (ז'אן־בטיסט פוקלן))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(מדרש חז"ל (תלמוד בבלי))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(אמנון שמוש)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ביצירות קלאסיות יש גם קטעים מתורגמים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בעמוד היצירות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קומדיה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היוצרים לפי שנת לידה, מהמוקדם למאוחר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רבי עקיבא (המאה הראשונה-שנייה לספירה)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מולייר (1622)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גי דה מופאסן (1850)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לאה גולדברג (1911)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שם היצירה, תיאור קצר של הדמות ונימוק אישי מבוסס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התאמה נכונה בין יצירה ליוצר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מדרש הוא פרשנות סיפורית, קומדיה היא מחזה מבדר להצגה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הצפויה: גם לי יש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תמונות האמוג'י מהעמוד כרמז חזותי לכל יצירה בזמן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בין תרגיל ההתאמה לדיון קצר בכיתה על ההבדלים בין הז'אנרים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ניתן להשמיט את פריטי הסדר ואת שאלות ה-tf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היצירות בארגז הכלים לספרות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בעמוד היצירות מופיעות כל היצירות הנלמדות בארגז הכלים: סיפורים, מחזה, מדרש ושירים. ביצירות הקלאסיות יש גם קטעים מתורגמים באתר, וביצירות מוגנות בזכויות יוצרים קוראים את הטקסט המלא במקראה.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סיפור  ·  קומדיה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 על היצירות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יצירה היא מדרש חז"ל?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בת רבי עקיבא והנחש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הקמצן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המחרוזת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כתב את הסיפור הקצר המחרוזת?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מולייר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גי דה מופאסן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אמנון שמוש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באיזה ז'אנר כתב מולייר את הקמצן?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קומדיה (מחזה)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התאימו יצירה ליוצר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המחרוזת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אמנון שמוש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הקמצן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מדרש חז"ל (תלמוד בבלי)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בת רבי עקיבא והנחש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גי דה מופאסן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וידוי הגדול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מולייר (ז'אן־בטיסט פוקלן)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את היצירות הקלאסיות כמו המחרוזת והקמצן קוראים רק במקראה הכיתתית, בלי שום קטע באתר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וידוי הגדול הוא שיר מאת אמנון שמוש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המחרוזת היא __________ קצר מאת גי דה מופאסן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הקמצן היא __________ (מחזה) מאת מולייר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היוצרים לפי שנת לידה, מהמוקדם למאוחר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גי דה מופאסן (1850)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לאה גולדברג (1911)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רבי עקיבא (המאה הראשונה-שנייה לספירה)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מולייר (1622)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המתארת דמות שזכורה לכם מאחת היצירות (המחרוזת, הקמצן, בת רבי עקיבא והנחש או וידוי הגדול), ונמקו למה היא בלטה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שם של יצירה אחת ואת היוצר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מדרש לקומדיה (מחזה)?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היצירות בארגז הכלים לספרות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